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5B688" w14:textId="77777777" w:rsidR="002E3065" w:rsidRPr="003258FC" w:rsidRDefault="00000000" w:rsidP="003258FC">
      <w:pPr>
        <w:jc w:val="center"/>
        <w:rPr>
          <w:b/>
          <w:bCs/>
          <w:lang w:eastAsia="zh-CN"/>
        </w:rPr>
      </w:pPr>
      <w:r w:rsidRPr="003258FC">
        <w:rPr>
          <w:rFonts w:ascii="宋体" w:eastAsia="宋体" w:hAnsi="宋体" w:cs="宋体" w:hint="eastAsia"/>
          <w:b/>
          <w:bCs/>
          <w:lang w:eastAsia="zh-CN"/>
        </w:rPr>
        <w:t>论文写作与投稿辅导服务协议</w:t>
      </w:r>
    </w:p>
    <w:p w14:paraId="1D707A5E" w14:textId="77777777" w:rsidR="002E3065" w:rsidRPr="003258FC" w:rsidRDefault="00000000" w:rsidP="003258FC">
      <w:pPr>
        <w:rPr>
          <w:lang w:eastAsia="zh-CN"/>
        </w:rPr>
      </w:pPr>
      <w:r w:rsidRPr="003258FC">
        <w:rPr>
          <w:rFonts w:ascii="宋体" w:eastAsia="宋体" w:hAnsi="宋体" w:cs="宋体" w:hint="eastAsia"/>
          <w:lang w:eastAsia="zh-CN"/>
        </w:rPr>
        <w:t>甲方（客户）：</w:t>
      </w:r>
      <w:r w:rsidRPr="003258FC">
        <w:rPr>
          <w:lang w:eastAsia="zh-CN"/>
        </w:rPr>
        <w:t>_______________________</w:t>
      </w:r>
      <w:proofErr w:type="gramStart"/>
      <w:r w:rsidRPr="003258FC">
        <w:rPr>
          <w:lang w:eastAsia="zh-CN"/>
        </w:rPr>
        <w:t xml:space="preserve">_    </w:t>
      </w:r>
      <w:r w:rsidRPr="003258FC">
        <w:rPr>
          <w:rFonts w:ascii="宋体" w:eastAsia="宋体" w:hAnsi="宋体" w:cs="宋体" w:hint="eastAsia"/>
          <w:lang w:eastAsia="zh-CN"/>
        </w:rPr>
        <w:t>联系</w:t>
      </w:r>
      <w:proofErr w:type="gramEnd"/>
      <w:r w:rsidRPr="003258FC">
        <w:rPr>
          <w:rFonts w:ascii="宋体" w:eastAsia="宋体" w:hAnsi="宋体" w:cs="宋体" w:hint="eastAsia"/>
          <w:lang w:eastAsia="zh-CN"/>
        </w:rPr>
        <w:t>方式：</w:t>
      </w:r>
      <w:r w:rsidRPr="003258FC">
        <w:rPr>
          <w:lang w:eastAsia="zh-CN"/>
        </w:rPr>
        <w:t>________________________</w:t>
      </w:r>
    </w:p>
    <w:p w14:paraId="7F132955" w14:textId="77777777" w:rsidR="002E3065" w:rsidRPr="003258FC" w:rsidRDefault="00000000" w:rsidP="003258FC">
      <w:pPr>
        <w:rPr>
          <w:lang w:eastAsia="zh-CN"/>
        </w:rPr>
      </w:pPr>
      <w:r w:rsidRPr="003258FC">
        <w:rPr>
          <w:rFonts w:ascii="宋体" w:eastAsia="宋体" w:hAnsi="宋体" w:cs="宋体" w:hint="eastAsia"/>
          <w:lang w:eastAsia="zh-CN"/>
        </w:rPr>
        <w:t>乙方（服务方）：东炜（北京）文化交流有限公司（</w:t>
      </w:r>
      <w:r w:rsidRPr="003258FC">
        <w:rPr>
          <w:lang w:eastAsia="zh-CN"/>
        </w:rPr>
        <w:t>“</w:t>
      </w:r>
      <w:r w:rsidRPr="003258FC">
        <w:rPr>
          <w:rFonts w:ascii="宋体" w:eastAsia="宋体" w:hAnsi="宋体" w:cs="宋体" w:hint="eastAsia"/>
          <w:lang w:eastAsia="zh-CN"/>
        </w:rPr>
        <w:t>博研达</w:t>
      </w:r>
      <w:r w:rsidRPr="003258FC">
        <w:rPr>
          <w:lang w:eastAsia="zh-CN"/>
        </w:rPr>
        <w:t>”</w:t>
      </w:r>
      <w:r w:rsidRPr="003258FC">
        <w:rPr>
          <w:rFonts w:ascii="宋体" w:eastAsia="宋体" w:hAnsi="宋体" w:cs="宋体" w:hint="eastAsia"/>
          <w:lang w:eastAsia="zh-CN"/>
        </w:rPr>
        <w:t>品牌运营主体）</w:t>
      </w:r>
    </w:p>
    <w:p w14:paraId="1D25A322" w14:textId="77777777" w:rsidR="002E3065" w:rsidRPr="003258FC" w:rsidRDefault="00000000" w:rsidP="003258FC">
      <w:pPr>
        <w:rPr>
          <w:lang w:eastAsia="zh-CN"/>
        </w:rPr>
      </w:pPr>
      <w:r w:rsidRPr="003258FC">
        <w:rPr>
          <w:rFonts w:ascii="宋体" w:eastAsia="宋体" w:hAnsi="宋体" w:cs="宋体" w:hint="eastAsia"/>
          <w:lang w:eastAsia="zh-CN"/>
        </w:rPr>
        <w:t>根据《中华人民共和国民法典》《中华人民共和国消费者权益保护法》等规定，双方在平等、自愿、诚信基础上，就论文写作与投稿辅导服务达成如下协议。</w:t>
      </w:r>
    </w:p>
    <w:p w14:paraId="47F00F91" w14:textId="77777777" w:rsidR="002E3065" w:rsidRPr="003258FC" w:rsidRDefault="00000000" w:rsidP="003258FC">
      <w:pPr>
        <w:jc w:val="center"/>
      </w:pPr>
      <w:proofErr w:type="spellStart"/>
      <w:r w:rsidRPr="003258FC">
        <w:rPr>
          <w:rFonts w:ascii="宋体" w:eastAsia="宋体" w:hAnsi="宋体" w:cs="宋体" w:hint="eastAsia"/>
        </w:rPr>
        <w:t>服务确认</w:t>
      </w:r>
      <w:proofErr w:type="spellEnd"/>
    </w:p>
    <w:tbl>
      <w:tblPr>
        <w:tblStyle w:val="aff1"/>
        <w:tblW w:w="9170" w:type="dxa"/>
        <w:jc w:val="center"/>
        <w:tblLayout w:type="fixed"/>
        <w:tblLook w:val="04A0" w:firstRow="1" w:lastRow="0" w:firstColumn="1" w:lastColumn="0" w:noHBand="0" w:noVBand="1"/>
      </w:tblPr>
      <w:tblGrid>
        <w:gridCol w:w="1900"/>
        <w:gridCol w:w="7270"/>
      </w:tblGrid>
      <w:tr w:rsidR="002E3065" w:rsidRPr="003258FC" w14:paraId="357C2C36" w14:textId="77777777">
        <w:trPr>
          <w:jc w:val="center"/>
        </w:trPr>
        <w:tc>
          <w:tcPr>
            <w:tcW w:w="1900" w:type="dxa"/>
            <w:shd w:val="clear" w:color="auto" w:fill="F2F2F2"/>
            <w:tcMar>
              <w:top w:w="40" w:type="dxa"/>
              <w:left w:w="100" w:type="dxa"/>
              <w:bottom w:w="40" w:type="dxa"/>
              <w:right w:w="100" w:type="dxa"/>
            </w:tcMar>
            <w:vAlign w:val="center"/>
          </w:tcPr>
          <w:p w14:paraId="5F91FAB3" w14:textId="77777777" w:rsidR="002E3065" w:rsidRPr="003258FC" w:rsidRDefault="00000000" w:rsidP="003258FC">
            <w:proofErr w:type="spellStart"/>
            <w:r w:rsidRPr="003258FC">
              <w:rPr>
                <w:rFonts w:ascii="宋体" w:eastAsia="宋体" w:hAnsi="宋体" w:cs="宋体" w:hint="eastAsia"/>
              </w:rPr>
              <w:t>服务项目</w:t>
            </w:r>
            <w:proofErr w:type="spellEnd"/>
          </w:p>
        </w:tc>
        <w:tc>
          <w:tcPr>
            <w:tcW w:w="7270" w:type="dxa"/>
            <w:tcMar>
              <w:top w:w="40" w:type="dxa"/>
              <w:left w:w="100" w:type="dxa"/>
              <w:bottom w:w="40" w:type="dxa"/>
              <w:right w:w="100" w:type="dxa"/>
            </w:tcMar>
            <w:vAlign w:val="center"/>
          </w:tcPr>
          <w:p w14:paraId="7E4B9ABC" w14:textId="77777777" w:rsidR="002E3065" w:rsidRPr="003258FC" w:rsidRDefault="00000000" w:rsidP="003258FC">
            <w:pPr>
              <w:rPr>
                <w:lang w:eastAsia="zh-CN"/>
              </w:rPr>
            </w:pPr>
            <w:r w:rsidRPr="003258FC">
              <w:rPr>
                <w:rFonts w:ascii="宋体" w:eastAsia="宋体" w:hAnsi="宋体" w:cs="宋体" w:hint="eastAsia"/>
                <w:lang w:eastAsia="zh-CN"/>
              </w:rPr>
              <w:t>论文写作辅导、投稿辅导、审稿返修辅导、其他：</w:t>
            </w:r>
            <w:r w:rsidRPr="003258FC">
              <w:rPr>
                <w:lang w:eastAsia="zh-CN"/>
              </w:rPr>
              <w:t>________________</w:t>
            </w:r>
          </w:p>
        </w:tc>
      </w:tr>
      <w:tr w:rsidR="002E3065" w:rsidRPr="003258FC" w14:paraId="3507FD23" w14:textId="77777777">
        <w:trPr>
          <w:jc w:val="center"/>
        </w:trPr>
        <w:tc>
          <w:tcPr>
            <w:tcW w:w="1900" w:type="dxa"/>
            <w:shd w:val="clear" w:color="auto" w:fill="F2F2F2"/>
            <w:tcMar>
              <w:top w:w="40" w:type="dxa"/>
              <w:left w:w="100" w:type="dxa"/>
              <w:bottom w:w="40" w:type="dxa"/>
              <w:right w:w="100" w:type="dxa"/>
            </w:tcMar>
            <w:vAlign w:val="center"/>
          </w:tcPr>
          <w:p w14:paraId="77B8EEA7" w14:textId="77777777" w:rsidR="002E3065" w:rsidRPr="003258FC" w:rsidRDefault="00000000" w:rsidP="003258FC">
            <w:proofErr w:type="spellStart"/>
            <w:r w:rsidRPr="003258FC">
              <w:rPr>
                <w:rFonts w:ascii="宋体" w:eastAsia="宋体" w:hAnsi="宋体" w:cs="宋体" w:hint="eastAsia"/>
              </w:rPr>
              <w:t>服务内容</w:t>
            </w:r>
            <w:proofErr w:type="spellEnd"/>
          </w:p>
        </w:tc>
        <w:tc>
          <w:tcPr>
            <w:tcW w:w="7270" w:type="dxa"/>
            <w:tcMar>
              <w:top w:w="40" w:type="dxa"/>
              <w:left w:w="100" w:type="dxa"/>
              <w:bottom w:w="40" w:type="dxa"/>
              <w:right w:w="100" w:type="dxa"/>
            </w:tcMar>
            <w:vAlign w:val="center"/>
          </w:tcPr>
          <w:p w14:paraId="0CA8711C" w14:textId="77777777" w:rsidR="002E3065" w:rsidRPr="003258FC" w:rsidRDefault="00000000" w:rsidP="003258FC">
            <w:r w:rsidRPr="003258FC">
              <w:t>____________________________________________________________</w:t>
            </w:r>
          </w:p>
        </w:tc>
      </w:tr>
      <w:tr w:rsidR="002E3065" w:rsidRPr="003258FC" w14:paraId="2974853B" w14:textId="77777777">
        <w:trPr>
          <w:jc w:val="center"/>
        </w:trPr>
        <w:tc>
          <w:tcPr>
            <w:tcW w:w="1900" w:type="dxa"/>
            <w:shd w:val="clear" w:color="auto" w:fill="F2F2F2"/>
            <w:tcMar>
              <w:top w:w="40" w:type="dxa"/>
              <w:left w:w="100" w:type="dxa"/>
              <w:bottom w:w="40" w:type="dxa"/>
              <w:right w:w="100" w:type="dxa"/>
            </w:tcMar>
            <w:vAlign w:val="center"/>
          </w:tcPr>
          <w:p w14:paraId="0E8709E0" w14:textId="77777777" w:rsidR="002E3065" w:rsidRPr="003258FC" w:rsidRDefault="00000000" w:rsidP="003258FC">
            <w:proofErr w:type="spellStart"/>
            <w:r w:rsidRPr="003258FC">
              <w:rPr>
                <w:rFonts w:ascii="宋体" w:eastAsia="宋体" w:hAnsi="宋体" w:cs="宋体" w:hint="eastAsia"/>
              </w:rPr>
              <w:t>服务期限</w:t>
            </w:r>
            <w:proofErr w:type="spellEnd"/>
          </w:p>
        </w:tc>
        <w:tc>
          <w:tcPr>
            <w:tcW w:w="7270" w:type="dxa"/>
            <w:tcMar>
              <w:top w:w="40" w:type="dxa"/>
              <w:left w:w="100" w:type="dxa"/>
              <w:bottom w:w="40" w:type="dxa"/>
              <w:right w:w="100" w:type="dxa"/>
            </w:tcMar>
            <w:vAlign w:val="center"/>
          </w:tcPr>
          <w:p w14:paraId="6D9287E6" w14:textId="77777777" w:rsidR="002E3065" w:rsidRPr="003258FC" w:rsidRDefault="00000000" w:rsidP="003258FC">
            <w:pPr>
              <w:rPr>
                <w:lang w:eastAsia="zh-CN"/>
              </w:rPr>
            </w:pPr>
            <w:r w:rsidRPr="003258FC">
              <w:rPr>
                <w:rFonts w:ascii="宋体" w:eastAsia="宋体" w:hAnsi="宋体" w:cs="宋体" w:hint="eastAsia"/>
                <w:lang w:eastAsia="zh-CN"/>
              </w:rPr>
              <w:t>自</w:t>
            </w:r>
            <w:r w:rsidRPr="003258FC">
              <w:rPr>
                <w:lang w:eastAsia="zh-CN"/>
              </w:rPr>
              <w:t>______</w:t>
            </w:r>
            <w:r w:rsidRPr="003258FC">
              <w:rPr>
                <w:rFonts w:ascii="宋体" w:eastAsia="宋体" w:hAnsi="宋体" w:cs="宋体" w:hint="eastAsia"/>
                <w:lang w:eastAsia="zh-CN"/>
              </w:rPr>
              <w:t>年</w:t>
            </w:r>
            <w:r w:rsidRPr="003258FC">
              <w:rPr>
                <w:lang w:eastAsia="zh-CN"/>
              </w:rPr>
              <w:t>____</w:t>
            </w:r>
            <w:r w:rsidRPr="003258FC">
              <w:rPr>
                <w:rFonts w:ascii="宋体" w:eastAsia="宋体" w:hAnsi="宋体" w:cs="宋体" w:hint="eastAsia"/>
                <w:lang w:eastAsia="zh-CN"/>
              </w:rPr>
              <w:t>月</w:t>
            </w:r>
            <w:r w:rsidRPr="003258FC">
              <w:rPr>
                <w:lang w:eastAsia="zh-CN"/>
              </w:rPr>
              <w:t>____</w:t>
            </w:r>
            <w:r w:rsidRPr="003258FC">
              <w:rPr>
                <w:rFonts w:ascii="宋体" w:eastAsia="宋体" w:hAnsi="宋体" w:cs="宋体" w:hint="eastAsia"/>
                <w:lang w:eastAsia="zh-CN"/>
              </w:rPr>
              <w:t>日至</w:t>
            </w:r>
            <w:r w:rsidRPr="003258FC">
              <w:rPr>
                <w:lang w:eastAsia="zh-CN"/>
              </w:rPr>
              <w:t>______</w:t>
            </w:r>
            <w:r w:rsidRPr="003258FC">
              <w:rPr>
                <w:rFonts w:ascii="宋体" w:eastAsia="宋体" w:hAnsi="宋体" w:cs="宋体" w:hint="eastAsia"/>
                <w:lang w:eastAsia="zh-CN"/>
              </w:rPr>
              <w:t>年</w:t>
            </w:r>
            <w:r w:rsidRPr="003258FC">
              <w:rPr>
                <w:lang w:eastAsia="zh-CN"/>
              </w:rPr>
              <w:t>____</w:t>
            </w:r>
            <w:r w:rsidRPr="003258FC">
              <w:rPr>
                <w:rFonts w:ascii="宋体" w:eastAsia="宋体" w:hAnsi="宋体" w:cs="宋体" w:hint="eastAsia"/>
                <w:lang w:eastAsia="zh-CN"/>
              </w:rPr>
              <w:t>月</w:t>
            </w:r>
            <w:r w:rsidRPr="003258FC">
              <w:rPr>
                <w:lang w:eastAsia="zh-CN"/>
              </w:rPr>
              <w:t>____</w:t>
            </w:r>
            <w:r w:rsidRPr="003258FC">
              <w:rPr>
                <w:rFonts w:ascii="宋体" w:eastAsia="宋体" w:hAnsi="宋体" w:cs="宋体" w:hint="eastAsia"/>
                <w:lang w:eastAsia="zh-CN"/>
              </w:rPr>
              <w:t>日；约定沟通或修改次数：</w:t>
            </w:r>
            <w:r w:rsidRPr="003258FC">
              <w:rPr>
                <w:lang w:eastAsia="zh-CN"/>
              </w:rPr>
              <w:t>____</w:t>
            </w:r>
            <w:r w:rsidRPr="003258FC">
              <w:rPr>
                <w:rFonts w:ascii="宋体" w:eastAsia="宋体" w:hAnsi="宋体" w:cs="宋体" w:hint="eastAsia"/>
                <w:lang w:eastAsia="zh-CN"/>
              </w:rPr>
              <w:t>次</w:t>
            </w:r>
          </w:p>
        </w:tc>
      </w:tr>
      <w:tr w:rsidR="002E3065" w:rsidRPr="003258FC" w14:paraId="7657B03A" w14:textId="77777777">
        <w:trPr>
          <w:jc w:val="center"/>
        </w:trPr>
        <w:tc>
          <w:tcPr>
            <w:tcW w:w="1900" w:type="dxa"/>
            <w:shd w:val="clear" w:color="auto" w:fill="F2F2F2"/>
            <w:tcMar>
              <w:top w:w="40" w:type="dxa"/>
              <w:left w:w="100" w:type="dxa"/>
              <w:bottom w:w="40" w:type="dxa"/>
              <w:right w:w="100" w:type="dxa"/>
            </w:tcMar>
            <w:vAlign w:val="center"/>
          </w:tcPr>
          <w:p w14:paraId="7627F9E1" w14:textId="77777777" w:rsidR="002E3065" w:rsidRPr="003258FC" w:rsidRDefault="00000000" w:rsidP="003258FC">
            <w:proofErr w:type="spellStart"/>
            <w:r w:rsidRPr="003258FC">
              <w:rPr>
                <w:rFonts w:ascii="宋体" w:eastAsia="宋体" w:hAnsi="宋体" w:cs="宋体" w:hint="eastAsia"/>
              </w:rPr>
              <w:t>服务费用</w:t>
            </w:r>
            <w:proofErr w:type="spellEnd"/>
          </w:p>
        </w:tc>
        <w:tc>
          <w:tcPr>
            <w:tcW w:w="7270" w:type="dxa"/>
            <w:tcMar>
              <w:top w:w="40" w:type="dxa"/>
              <w:left w:w="100" w:type="dxa"/>
              <w:bottom w:w="40" w:type="dxa"/>
              <w:right w:w="100" w:type="dxa"/>
            </w:tcMar>
            <w:vAlign w:val="center"/>
          </w:tcPr>
          <w:p w14:paraId="76AA1795" w14:textId="77777777" w:rsidR="002E3065" w:rsidRPr="003258FC" w:rsidRDefault="00000000" w:rsidP="003258FC">
            <w:pPr>
              <w:rPr>
                <w:lang w:eastAsia="zh-CN"/>
              </w:rPr>
            </w:pPr>
            <w:r w:rsidRPr="003258FC">
              <w:rPr>
                <w:rFonts w:ascii="宋体" w:eastAsia="宋体" w:hAnsi="宋体" w:cs="宋体" w:hint="eastAsia"/>
                <w:lang w:eastAsia="zh-CN"/>
              </w:rPr>
              <w:t>人民币</w:t>
            </w:r>
            <w:r w:rsidRPr="003258FC">
              <w:rPr>
                <w:lang w:eastAsia="zh-CN"/>
              </w:rPr>
              <w:t>________________</w:t>
            </w:r>
            <w:r w:rsidRPr="003258FC">
              <w:rPr>
                <w:rFonts w:ascii="宋体" w:eastAsia="宋体" w:hAnsi="宋体" w:cs="宋体" w:hint="eastAsia"/>
                <w:lang w:eastAsia="zh-CN"/>
              </w:rPr>
              <w:t>元；付款时间及方式：</w:t>
            </w:r>
            <w:r w:rsidRPr="003258FC">
              <w:rPr>
                <w:lang w:eastAsia="zh-CN"/>
              </w:rPr>
              <w:t>________________________</w:t>
            </w:r>
          </w:p>
        </w:tc>
      </w:tr>
    </w:tbl>
    <w:p w14:paraId="1D10A014" w14:textId="77777777" w:rsidR="002E3065" w:rsidRPr="003258FC" w:rsidRDefault="00000000" w:rsidP="003258FC">
      <w:pPr>
        <w:rPr>
          <w:lang w:eastAsia="zh-CN"/>
        </w:rPr>
      </w:pPr>
      <w:proofErr w:type="gramStart"/>
      <w:r w:rsidRPr="003258FC">
        <w:rPr>
          <w:rFonts w:ascii="宋体" w:eastAsia="宋体" w:hAnsi="宋体" w:cs="宋体" w:hint="eastAsia"/>
          <w:lang w:eastAsia="zh-CN"/>
        </w:rPr>
        <w:t>第一条</w:t>
      </w:r>
      <w:r w:rsidRPr="003258FC">
        <w:rPr>
          <w:lang w:eastAsia="zh-CN"/>
        </w:rPr>
        <w:t xml:space="preserve">  </w:t>
      </w:r>
      <w:r w:rsidRPr="003258FC">
        <w:rPr>
          <w:rFonts w:ascii="宋体" w:eastAsia="宋体" w:hAnsi="宋体" w:cs="宋体" w:hint="eastAsia"/>
          <w:lang w:eastAsia="zh-CN"/>
        </w:rPr>
        <w:t>服务性质与范围</w:t>
      </w:r>
      <w:proofErr w:type="gramEnd"/>
    </w:p>
    <w:p w14:paraId="21D9CE3F" w14:textId="449F53CB" w:rsidR="002E3065" w:rsidRPr="003258FC" w:rsidRDefault="00000000" w:rsidP="003258FC">
      <w:pPr>
        <w:rPr>
          <w:lang w:eastAsia="zh-CN"/>
        </w:rPr>
      </w:pPr>
      <w:r w:rsidRPr="003258FC">
        <w:rPr>
          <w:rFonts w:ascii="宋体" w:eastAsia="宋体" w:hAnsi="宋体" w:cs="宋体" w:hint="eastAsia"/>
          <w:lang w:eastAsia="zh-CN"/>
        </w:rPr>
        <w:t>一、乙方提供咨询性质的论文写作辅导与投稿流程支持，具体项目、期限、次数及费用以本协议</w:t>
      </w:r>
      <w:r w:rsidRPr="003258FC">
        <w:rPr>
          <w:lang w:eastAsia="zh-CN"/>
        </w:rPr>
        <w:t>“</w:t>
      </w:r>
      <w:r w:rsidRPr="003258FC">
        <w:rPr>
          <w:rFonts w:ascii="宋体" w:eastAsia="宋体" w:hAnsi="宋体" w:cs="宋体" w:hint="eastAsia"/>
          <w:lang w:eastAsia="zh-CN"/>
        </w:rPr>
        <w:t>服务确认</w:t>
      </w:r>
      <w:r w:rsidRPr="003258FC">
        <w:rPr>
          <w:lang w:eastAsia="zh-CN"/>
        </w:rPr>
        <w:t>”</w:t>
      </w:r>
      <w:r w:rsidRPr="003258FC">
        <w:rPr>
          <w:rFonts w:ascii="宋体" w:eastAsia="宋体" w:hAnsi="宋体" w:cs="宋体" w:hint="eastAsia"/>
          <w:lang w:eastAsia="zh-CN"/>
        </w:rPr>
        <w:t>及双方后续书面确认内容为准。</w:t>
      </w:r>
    </w:p>
    <w:p w14:paraId="3BCA1C75" w14:textId="55B799CF" w:rsidR="002E3065" w:rsidRPr="003258FC" w:rsidRDefault="00000000" w:rsidP="003258FC">
      <w:pPr>
        <w:rPr>
          <w:lang w:eastAsia="zh-CN"/>
        </w:rPr>
      </w:pPr>
      <w:r w:rsidRPr="003258FC">
        <w:rPr>
          <w:rFonts w:ascii="宋体" w:eastAsia="宋体" w:hAnsi="宋体" w:cs="宋体" w:hint="eastAsia"/>
          <w:lang w:eastAsia="zh-CN"/>
        </w:rPr>
        <w:t>二、服务可包括选题可行性分析、方法说明、修改建议、期刊或会议公开信息核验、选刊分析、投稿材料准备及审稿返修辅导。</w:t>
      </w:r>
    </w:p>
    <w:p w14:paraId="53B2789D" w14:textId="77777777" w:rsidR="002E3065" w:rsidRPr="003258FC" w:rsidRDefault="00000000" w:rsidP="003258FC">
      <w:pPr>
        <w:rPr>
          <w:lang w:eastAsia="zh-CN"/>
        </w:rPr>
      </w:pPr>
      <w:r w:rsidRPr="003258FC">
        <w:rPr>
          <w:rFonts w:ascii="宋体" w:eastAsia="宋体" w:hAnsi="宋体" w:cs="宋体" w:hint="eastAsia"/>
          <w:lang w:eastAsia="zh-CN"/>
        </w:rPr>
        <w:t>三、乙方不提供论文代写、论文买卖、付费署名、数据或文献造假、虚构案例、操纵审稿或所谓内部关系服务；不代替甲方完成应由作者独立完成的研究与核心写作。</w:t>
      </w:r>
    </w:p>
    <w:p w14:paraId="00C9FD26" w14:textId="77777777" w:rsidR="002E3065" w:rsidRPr="003258FC" w:rsidRDefault="00000000" w:rsidP="003258FC">
      <w:pPr>
        <w:rPr>
          <w:lang w:eastAsia="zh-CN"/>
        </w:rPr>
      </w:pPr>
      <w:proofErr w:type="gramStart"/>
      <w:r w:rsidRPr="003258FC">
        <w:rPr>
          <w:rFonts w:ascii="宋体" w:eastAsia="宋体" w:hAnsi="宋体" w:cs="宋体" w:hint="eastAsia"/>
          <w:lang w:eastAsia="zh-CN"/>
        </w:rPr>
        <w:t>第二条</w:t>
      </w:r>
      <w:r w:rsidRPr="003258FC">
        <w:rPr>
          <w:lang w:eastAsia="zh-CN"/>
        </w:rPr>
        <w:t xml:space="preserve">  </w:t>
      </w:r>
      <w:r w:rsidRPr="003258FC">
        <w:rPr>
          <w:rFonts w:ascii="宋体" w:eastAsia="宋体" w:hAnsi="宋体" w:cs="宋体" w:hint="eastAsia"/>
          <w:lang w:eastAsia="zh-CN"/>
        </w:rPr>
        <w:t>双方权利与义务</w:t>
      </w:r>
      <w:proofErr w:type="gramEnd"/>
    </w:p>
    <w:p w14:paraId="600153AC" w14:textId="422FC252" w:rsidR="002E3065" w:rsidRPr="003258FC" w:rsidRDefault="00000000" w:rsidP="003258FC">
      <w:pPr>
        <w:rPr>
          <w:lang w:eastAsia="zh-CN"/>
        </w:rPr>
      </w:pPr>
      <w:r w:rsidRPr="003258FC">
        <w:rPr>
          <w:rFonts w:ascii="宋体" w:eastAsia="宋体" w:hAnsi="宋体" w:cs="宋体" w:hint="eastAsia"/>
          <w:lang w:eastAsia="zh-CN"/>
        </w:rPr>
        <w:t>一、甲方应如实提供具有</w:t>
      </w:r>
      <w:r w:rsidR="00164D27" w:rsidRPr="003258FC">
        <w:rPr>
          <w:rFonts w:ascii="宋体" w:eastAsia="宋体" w:hAnsi="宋体" w:cs="宋体" w:hint="eastAsia"/>
          <w:lang w:eastAsia="zh-CN"/>
        </w:rPr>
        <w:t>合理</w:t>
      </w:r>
      <w:r w:rsidRPr="003258FC">
        <w:rPr>
          <w:rFonts w:ascii="宋体" w:eastAsia="宋体" w:hAnsi="宋体" w:cs="宋体" w:hint="eastAsia"/>
          <w:lang w:eastAsia="zh-CN"/>
        </w:rPr>
        <w:t>来源的材料、数据、研究过程及所在学校、单位或目标期刊的具体要求，并保证不存在抄袭、侵权、伪造、篡改或其他</w:t>
      </w:r>
      <w:r w:rsidR="00164D27" w:rsidRPr="003258FC">
        <w:rPr>
          <w:rFonts w:ascii="宋体" w:eastAsia="宋体" w:hAnsi="宋体" w:cs="宋体" w:hint="eastAsia"/>
          <w:lang w:eastAsia="zh-CN"/>
        </w:rPr>
        <w:t>情形</w:t>
      </w:r>
      <w:r w:rsidRPr="003258FC">
        <w:rPr>
          <w:rFonts w:ascii="宋体" w:eastAsia="宋体" w:hAnsi="宋体" w:cs="宋体" w:hint="eastAsia"/>
          <w:lang w:eastAsia="zh-CN"/>
        </w:rPr>
        <w:t>。甲方应及时反馈并对研究真实性、核心观点、引用、署名和最终提交文本承担责任。</w:t>
      </w:r>
    </w:p>
    <w:p w14:paraId="2DF3E885" w14:textId="77777777" w:rsidR="002E3065" w:rsidRPr="003258FC" w:rsidRDefault="00000000" w:rsidP="003258FC">
      <w:pPr>
        <w:rPr>
          <w:lang w:eastAsia="zh-CN"/>
        </w:rPr>
      </w:pPr>
      <w:r w:rsidRPr="003258FC">
        <w:rPr>
          <w:rFonts w:ascii="宋体" w:eastAsia="宋体" w:hAnsi="宋体" w:cs="宋体" w:hint="eastAsia"/>
          <w:lang w:eastAsia="zh-CN"/>
        </w:rPr>
        <w:t>二、乙方应依约安排具备相应专业背景的辅导人员，以合理的专业注意提供建议和反馈；乙方有权基于学术规范、材料条件及公开信息提出不同意见，但最终采纳、修改和提交决定由甲方作出。</w:t>
      </w:r>
    </w:p>
    <w:p w14:paraId="012BFF00" w14:textId="77777777" w:rsidR="002E3065" w:rsidRPr="003258FC" w:rsidRDefault="00000000" w:rsidP="003258FC">
      <w:pPr>
        <w:rPr>
          <w:lang w:eastAsia="zh-CN"/>
        </w:rPr>
      </w:pPr>
      <w:proofErr w:type="gramStart"/>
      <w:r w:rsidRPr="003258FC">
        <w:rPr>
          <w:rFonts w:ascii="宋体" w:eastAsia="宋体" w:hAnsi="宋体" w:cs="宋体" w:hint="eastAsia"/>
          <w:lang w:eastAsia="zh-CN"/>
        </w:rPr>
        <w:t>第三条</w:t>
      </w:r>
      <w:r w:rsidRPr="003258FC">
        <w:rPr>
          <w:lang w:eastAsia="zh-CN"/>
        </w:rPr>
        <w:t xml:space="preserve">  </w:t>
      </w:r>
      <w:r w:rsidRPr="003258FC">
        <w:rPr>
          <w:rFonts w:ascii="宋体" w:eastAsia="宋体" w:hAnsi="宋体" w:cs="宋体" w:hint="eastAsia"/>
          <w:lang w:eastAsia="zh-CN"/>
        </w:rPr>
        <w:t>服务交付与阶段确认</w:t>
      </w:r>
      <w:proofErr w:type="gramEnd"/>
    </w:p>
    <w:p w14:paraId="0FE25DD2" w14:textId="3D3E9683" w:rsidR="002E3065" w:rsidRPr="003258FC" w:rsidRDefault="00000000" w:rsidP="003258FC">
      <w:pPr>
        <w:rPr>
          <w:lang w:eastAsia="zh-CN"/>
        </w:rPr>
      </w:pPr>
      <w:r w:rsidRPr="003258FC">
        <w:rPr>
          <w:rFonts w:ascii="宋体" w:eastAsia="宋体" w:hAnsi="宋体" w:cs="宋体" w:hint="eastAsia"/>
          <w:lang w:eastAsia="zh-CN"/>
        </w:rPr>
        <w:t>一、服务可通过线上沟通、书面批注、辅导或双方确认的其他方式完成。甲方应在收到阶段成果后五个自然日内一次性提出具体异议；逾期未提出的，视为该阶段服务已完成。新增内容、方向性重做或超出约定次数的需求，双方另行确认费用和期限。</w:t>
      </w:r>
    </w:p>
    <w:p w14:paraId="7A360B51" w14:textId="77777777" w:rsidR="002E3065" w:rsidRPr="003258FC" w:rsidRDefault="00000000" w:rsidP="003258FC">
      <w:pPr>
        <w:rPr>
          <w:lang w:eastAsia="zh-CN"/>
        </w:rPr>
      </w:pPr>
      <w:r w:rsidRPr="003258FC">
        <w:rPr>
          <w:rFonts w:ascii="宋体" w:eastAsia="宋体" w:hAnsi="宋体" w:cs="宋体" w:hint="eastAsia"/>
          <w:lang w:eastAsia="zh-CN"/>
        </w:rPr>
        <w:t>二、甲方未按时提供材料、确认意见或配合沟通的，交付期限相应顺延。连续三十日未回复的，乙方可暂停服务；经提醒后连续六十日仍未回复的，乙方可终止协议，并按已完成服务结算。</w:t>
      </w:r>
    </w:p>
    <w:p w14:paraId="065D1974" w14:textId="77777777" w:rsidR="002E3065" w:rsidRPr="003258FC" w:rsidRDefault="00000000" w:rsidP="003258FC">
      <w:pPr>
        <w:rPr>
          <w:lang w:eastAsia="zh-CN"/>
        </w:rPr>
      </w:pPr>
      <w:proofErr w:type="gramStart"/>
      <w:r w:rsidRPr="003258FC">
        <w:rPr>
          <w:rFonts w:ascii="宋体" w:eastAsia="宋体" w:hAnsi="宋体" w:cs="宋体" w:hint="eastAsia"/>
          <w:lang w:eastAsia="zh-CN"/>
        </w:rPr>
        <w:t>第四条</w:t>
      </w:r>
      <w:r w:rsidRPr="003258FC">
        <w:rPr>
          <w:lang w:eastAsia="zh-CN"/>
        </w:rPr>
        <w:t xml:space="preserve">  </w:t>
      </w:r>
      <w:r w:rsidRPr="003258FC">
        <w:rPr>
          <w:rFonts w:ascii="宋体" w:eastAsia="宋体" w:hAnsi="宋体" w:cs="宋体" w:hint="eastAsia"/>
          <w:lang w:eastAsia="zh-CN"/>
        </w:rPr>
        <w:t>费用</w:t>
      </w:r>
      <w:proofErr w:type="gramEnd"/>
      <w:r w:rsidRPr="003258FC">
        <w:rPr>
          <w:rFonts w:ascii="宋体" w:eastAsia="宋体" w:hAnsi="宋体" w:cs="宋体" w:hint="eastAsia"/>
          <w:lang w:eastAsia="zh-CN"/>
        </w:rPr>
        <w:t>、变更与退款</w:t>
      </w:r>
    </w:p>
    <w:p w14:paraId="3CA62C1E" w14:textId="78CEDA28" w:rsidR="002E3065" w:rsidRPr="003258FC" w:rsidRDefault="00000000" w:rsidP="003258FC">
      <w:pPr>
        <w:rPr>
          <w:lang w:eastAsia="zh-CN"/>
        </w:rPr>
      </w:pPr>
      <w:r w:rsidRPr="003258FC">
        <w:rPr>
          <w:rFonts w:ascii="宋体" w:eastAsia="宋体" w:hAnsi="宋体" w:cs="宋体" w:hint="eastAsia"/>
          <w:lang w:eastAsia="zh-CN"/>
        </w:rPr>
        <w:t>一、甲方按服务确认内容付款。乙方首次提供方案、批注、辅导或其他实质性服务时，视为服务已经开始。</w:t>
      </w:r>
    </w:p>
    <w:p w14:paraId="4DF73E7C" w14:textId="32942AD1" w:rsidR="002E3065" w:rsidRPr="003258FC" w:rsidRDefault="00000000" w:rsidP="003258FC">
      <w:pPr>
        <w:rPr>
          <w:lang w:eastAsia="zh-CN"/>
        </w:rPr>
      </w:pPr>
      <w:r w:rsidRPr="003258FC">
        <w:rPr>
          <w:rFonts w:ascii="宋体" w:eastAsia="宋体" w:hAnsi="宋体" w:cs="宋体" w:hint="eastAsia"/>
          <w:lang w:eastAsia="zh-CN"/>
        </w:rPr>
        <w:t>二、甲方在服务开始前解除协议，乙方退还已收费用；服务开始后解除的，乙方扣除已完成服务对应费用及已实际发生、不可退回的合理成本，余额在结算确认后七个工作日内退还。</w:t>
      </w:r>
    </w:p>
    <w:p w14:paraId="2124EEBE" w14:textId="77777777" w:rsidR="002E3065" w:rsidRPr="003258FC" w:rsidRDefault="00000000" w:rsidP="003258FC">
      <w:pPr>
        <w:rPr>
          <w:lang w:eastAsia="zh-CN"/>
        </w:rPr>
      </w:pPr>
      <w:proofErr w:type="gramStart"/>
      <w:r w:rsidRPr="003258FC">
        <w:rPr>
          <w:rFonts w:ascii="宋体" w:eastAsia="宋体" w:hAnsi="宋体" w:cs="宋体" w:hint="eastAsia"/>
          <w:lang w:eastAsia="zh-CN"/>
        </w:rPr>
        <w:t>第五条</w:t>
      </w:r>
      <w:r w:rsidRPr="003258FC">
        <w:rPr>
          <w:lang w:eastAsia="zh-CN"/>
        </w:rPr>
        <w:t xml:space="preserve">  </w:t>
      </w:r>
      <w:r w:rsidRPr="003258FC">
        <w:rPr>
          <w:rFonts w:ascii="宋体" w:eastAsia="宋体" w:hAnsi="宋体" w:cs="宋体" w:hint="eastAsia"/>
          <w:lang w:eastAsia="zh-CN"/>
        </w:rPr>
        <w:t>服务结果与第三方风险</w:t>
      </w:r>
      <w:proofErr w:type="gramEnd"/>
    </w:p>
    <w:p w14:paraId="20E7C4BE" w14:textId="793B582F" w:rsidR="002E3065" w:rsidRPr="003258FC" w:rsidRDefault="00000000" w:rsidP="003258FC">
      <w:pPr>
        <w:rPr>
          <w:lang w:eastAsia="zh-CN"/>
        </w:rPr>
      </w:pPr>
      <w:r w:rsidRPr="003258FC">
        <w:rPr>
          <w:rFonts w:ascii="宋体" w:eastAsia="宋体" w:hAnsi="宋体" w:cs="宋体" w:hint="eastAsia"/>
          <w:lang w:eastAsia="zh-CN"/>
        </w:rPr>
        <w:t>一、双方确认：辅导建议不等同于录用、发表、见刊、检索、答辩通过、毕业、学位授予或职称评审结果。乙方不作</w:t>
      </w:r>
      <w:r w:rsidRPr="003258FC">
        <w:rPr>
          <w:lang w:eastAsia="zh-CN"/>
        </w:rPr>
        <w:t>“</w:t>
      </w:r>
      <w:r w:rsidRPr="003258FC">
        <w:rPr>
          <w:rFonts w:ascii="宋体" w:eastAsia="宋体" w:hAnsi="宋体" w:cs="宋体" w:hint="eastAsia"/>
          <w:lang w:eastAsia="zh-CN"/>
        </w:rPr>
        <w:t>包发表</w:t>
      </w:r>
      <w:r w:rsidRPr="003258FC">
        <w:rPr>
          <w:lang w:eastAsia="zh-CN"/>
        </w:rPr>
        <w:t>”“</w:t>
      </w:r>
      <w:r w:rsidRPr="003258FC">
        <w:rPr>
          <w:rFonts w:ascii="宋体" w:eastAsia="宋体" w:hAnsi="宋体" w:cs="宋体" w:hint="eastAsia"/>
          <w:lang w:eastAsia="zh-CN"/>
        </w:rPr>
        <w:t>保录用</w:t>
      </w:r>
      <w:r w:rsidRPr="003258FC">
        <w:rPr>
          <w:lang w:eastAsia="zh-CN"/>
        </w:rPr>
        <w:t>”“</w:t>
      </w:r>
      <w:r w:rsidRPr="003258FC">
        <w:rPr>
          <w:rFonts w:ascii="宋体" w:eastAsia="宋体" w:hAnsi="宋体" w:cs="宋体" w:hint="eastAsia"/>
          <w:lang w:eastAsia="zh-CN"/>
        </w:rPr>
        <w:t>保检索</w:t>
      </w:r>
      <w:r w:rsidRPr="003258FC">
        <w:rPr>
          <w:lang w:eastAsia="zh-CN"/>
        </w:rPr>
        <w:t>”</w:t>
      </w:r>
      <w:r w:rsidRPr="003258FC">
        <w:rPr>
          <w:rFonts w:ascii="宋体" w:eastAsia="宋体" w:hAnsi="宋体" w:cs="宋体" w:hint="eastAsia"/>
          <w:lang w:eastAsia="zh-CN"/>
        </w:rPr>
        <w:t>、固定见刊时间等承诺。</w:t>
      </w:r>
    </w:p>
    <w:p w14:paraId="76737F11" w14:textId="77777777" w:rsidR="002E3065" w:rsidRPr="003258FC" w:rsidRDefault="00000000" w:rsidP="003258FC">
      <w:pPr>
        <w:rPr>
          <w:lang w:eastAsia="zh-CN"/>
        </w:rPr>
      </w:pPr>
      <w:r w:rsidRPr="003258FC">
        <w:rPr>
          <w:rFonts w:ascii="宋体" w:eastAsia="宋体" w:hAnsi="宋体" w:cs="宋体" w:hint="eastAsia"/>
          <w:lang w:eastAsia="zh-CN"/>
        </w:rPr>
        <w:t>二、期刊、会议、数据库、学校及评审机构独立作出决定并可能调整规则。乙方依据服务当时可核验的公开信息提供分析；因第三方政策变化、系统故障、审稿意见、处理周期或甲方自身原因产生的结果，不视为乙方违约。</w:t>
      </w:r>
    </w:p>
    <w:p w14:paraId="47DEAB68" w14:textId="77777777" w:rsidR="002E3065" w:rsidRPr="003258FC" w:rsidRDefault="00000000" w:rsidP="003258FC">
      <w:pPr>
        <w:rPr>
          <w:lang w:eastAsia="zh-CN"/>
        </w:rPr>
      </w:pPr>
      <w:proofErr w:type="gramStart"/>
      <w:r w:rsidRPr="003258FC">
        <w:rPr>
          <w:rFonts w:ascii="宋体" w:eastAsia="宋体" w:hAnsi="宋体" w:cs="宋体" w:hint="eastAsia"/>
          <w:lang w:eastAsia="zh-CN"/>
        </w:rPr>
        <w:t>第六条</w:t>
      </w:r>
      <w:r w:rsidRPr="003258FC">
        <w:rPr>
          <w:lang w:eastAsia="zh-CN"/>
        </w:rPr>
        <w:t xml:space="preserve">  </w:t>
      </w:r>
      <w:r w:rsidRPr="003258FC">
        <w:rPr>
          <w:rFonts w:ascii="宋体" w:eastAsia="宋体" w:hAnsi="宋体" w:cs="宋体" w:hint="eastAsia"/>
          <w:lang w:eastAsia="zh-CN"/>
        </w:rPr>
        <w:t>学术诚信</w:t>
      </w:r>
      <w:proofErr w:type="gramEnd"/>
      <w:r w:rsidRPr="003258FC">
        <w:rPr>
          <w:rFonts w:ascii="宋体" w:eastAsia="宋体" w:hAnsi="宋体" w:cs="宋体" w:hint="eastAsia"/>
          <w:lang w:eastAsia="zh-CN"/>
        </w:rPr>
        <w:t>、违约与责任限制</w:t>
      </w:r>
    </w:p>
    <w:p w14:paraId="446294EA" w14:textId="29C2ACA8" w:rsidR="002E3065" w:rsidRPr="003258FC" w:rsidRDefault="00000000" w:rsidP="003258FC">
      <w:pPr>
        <w:rPr>
          <w:lang w:eastAsia="zh-CN"/>
        </w:rPr>
      </w:pPr>
      <w:r w:rsidRPr="003258FC">
        <w:rPr>
          <w:rFonts w:ascii="宋体" w:eastAsia="宋体" w:hAnsi="宋体" w:cs="宋体" w:hint="eastAsia"/>
          <w:lang w:eastAsia="zh-CN"/>
        </w:rPr>
        <w:t>一、甲方提出造假、隐瞒重大事实或其他违法违规要求的，乙方有权拒绝、暂停或解除协议；甲方因材料不实、权利瑕疵、违规使用建议、擅自修改或逾期提交造成的责任和损失，由甲方承担。</w:t>
      </w:r>
    </w:p>
    <w:p w14:paraId="14F7B093" w14:textId="77777777" w:rsidR="002E3065" w:rsidRPr="003258FC" w:rsidRDefault="00000000" w:rsidP="003258FC">
      <w:pPr>
        <w:rPr>
          <w:lang w:eastAsia="zh-CN"/>
        </w:rPr>
      </w:pPr>
      <w:r w:rsidRPr="003258FC">
        <w:rPr>
          <w:rFonts w:ascii="宋体" w:eastAsia="宋体" w:hAnsi="宋体" w:cs="宋体" w:hint="eastAsia"/>
          <w:lang w:eastAsia="zh-CN"/>
        </w:rPr>
        <w:t>二、乙方因违约造成甲方直接损失的，依法承担相应责任。除乙方故意或重大过失、侵犯人身权益以及法律规定不得限制责任的情形外，乙方在本协议项下的累计赔偿责任以甲方就争议服务实际支付的服务费为上限。</w:t>
      </w:r>
    </w:p>
    <w:p w14:paraId="7D3DA987" w14:textId="77777777" w:rsidR="002E3065" w:rsidRPr="003258FC" w:rsidRDefault="00000000" w:rsidP="003258FC">
      <w:pPr>
        <w:rPr>
          <w:lang w:eastAsia="zh-CN"/>
        </w:rPr>
      </w:pPr>
      <w:proofErr w:type="gramStart"/>
      <w:r w:rsidRPr="003258FC">
        <w:rPr>
          <w:rFonts w:ascii="宋体" w:eastAsia="宋体" w:hAnsi="宋体" w:cs="宋体" w:hint="eastAsia"/>
          <w:lang w:eastAsia="zh-CN"/>
        </w:rPr>
        <w:t>第七条</w:t>
      </w:r>
      <w:r w:rsidRPr="003258FC">
        <w:rPr>
          <w:lang w:eastAsia="zh-CN"/>
        </w:rPr>
        <w:t xml:space="preserve">  </w:t>
      </w:r>
      <w:r w:rsidRPr="003258FC">
        <w:rPr>
          <w:rFonts w:ascii="宋体" w:eastAsia="宋体" w:hAnsi="宋体" w:cs="宋体" w:hint="eastAsia"/>
          <w:lang w:eastAsia="zh-CN"/>
        </w:rPr>
        <w:t>保密与个人信息</w:t>
      </w:r>
      <w:proofErr w:type="gramEnd"/>
    </w:p>
    <w:p w14:paraId="419D8DBD" w14:textId="77777777" w:rsidR="002E3065" w:rsidRPr="003258FC" w:rsidRDefault="00000000" w:rsidP="003258FC">
      <w:pPr>
        <w:rPr>
          <w:lang w:eastAsia="zh-CN"/>
        </w:rPr>
      </w:pPr>
      <w:r w:rsidRPr="003258FC">
        <w:rPr>
          <w:rFonts w:ascii="宋体" w:eastAsia="宋体" w:hAnsi="宋体" w:cs="宋体" w:hint="eastAsia"/>
          <w:lang w:eastAsia="zh-CN"/>
        </w:rPr>
        <w:t>一、双方对服务中知悉的未公开研究材料、个人信息、账号信息及商业信息承担保密义务。乙方仅在履行协议所必需的范围内收集、使用和保存甲方信息，并采取合理安全措施；法律法规、监管要求或维护合法权益所必需的除外。</w:t>
      </w:r>
    </w:p>
    <w:p w14:paraId="54536280" w14:textId="77777777" w:rsidR="002E3065" w:rsidRPr="003258FC" w:rsidRDefault="00000000" w:rsidP="003258FC">
      <w:pPr>
        <w:rPr>
          <w:lang w:eastAsia="zh-CN"/>
        </w:rPr>
      </w:pPr>
      <w:r w:rsidRPr="003258FC">
        <w:rPr>
          <w:rFonts w:ascii="宋体" w:eastAsia="宋体" w:hAnsi="宋体" w:cs="宋体" w:hint="eastAsia"/>
          <w:lang w:eastAsia="zh-CN"/>
        </w:rPr>
        <w:t>二、未经甲方另行明确同意，乙方不得公开甲方身份、论文内容或将其作为宣传案例。甲方提交涉及他人的数据或个人信息时，应保证已取得合法授权。</w:t>
      </w:r>
    </w:p>
    <w:p w14:paraId="1DF6B659" w14:textId="77777777" w:rsidR="002E3065" w:rsidRPr="003258FC" w:rsidRDefault="00000000" w:rsidP="003258FC">
      <w:pPr>
        <w:rPr>
          <w:lang w:eastAsia="zh-CN"/>
        </w:rPr>
      </w:pPr>
      <w:proofErr w:type="gramStart"/>
      <w:r w:rsidRPr="003258FC">
        <w:rPr>
          <w:rFonts w:ascii="宋体" w:eastAsia="宋体" w:hAnsi="宋体" w:cs="宋体" w:hint="eastAsia"/>
          <w:lang w:eastAsia="zh-CN"/>
        </w:rPr>
        <w:t>第八条</w:t>
      </w:r>
      <w:r w:rsidRPr="003258FC">
        <w:rPr>
          <w:lang w:eastAsia="zh-CN"/>
        </w:rPr>
        <w:t xml:space="preserve">  </w:t>
      </w:r>
      <w:r w:rsidRPr="003258FC">
        <w:rPr>
          <w:rFonts w:ascii="宋体" w:eastAsia="宋体" w:hAnsi="宋体" w:cs="宋体" w:hint="eastAsia"/>
          <w:lang w:eastAsia="zh-CN"/>
        </w:rPr>
        <w:t>知识成果与使用限制</w:t>
      </w:r>
      <w:proofErr w:type="gramEnd"/>
    </w:p>
    <w:p w14:paraId="1CBE32C0" w14:textId="77777777" w:rsidR="002E3065" w:rsidRPr="003258FC" w:rsidRDefault="00000000" w:rsidP="003258FC">
      <w:pPr>
        <w:rPr>
          <w:lang w:eastAsia="zh-CN"/>
        </w:rPr>
      </w:pPr>
      <w:r w:rsidRPr="003258FC">
        <w:rPr>
          <w:rFonts w:ascii="宋体" w:eastAsia="宋体" w:hAnsi="宋体" w:cs="宋体" w:hint="eastAsia"/>
          <w:lang w:eastAsia="zh-CN"/>
        </w:rPr>
        <w:t>甲方依法享有其原始研究材料及最终作品的相应权利并承担作者责任。乙方原有的辅导方法、通用模板、课程材料和工作底稿等权利归乙方或原权利人所有；甲方可为本项目个人学习和修改使用，不得擅自出售、公开传播或向第三方提供。</w:t>
      </w:r>
    </w:p>
    <w:p w14:paraId="47ADAEFD" w14:textId="77777777" w:rsidR="002E3065" w:rsidRPr="003258FC" w:rsidRDefault="00000000" w:rsidP="003258FC">
      <w:pPr>
        <w:rPr>
          <w:lang w:eastAsia="zh-CN"/>
        </w:rPr>
      </w:pPr>
      <w:proofErr w:type="gramStart"/>
      <w:r w:rsidRPr="003258FC">
        <w:rPr>
          <w:rFonts w:ascii="宋体" w:eastAsia="宋体" w:hAnsi="宋体" w:cs="宋体" w:hint="eastAsia"/>
          <w:lang w:eastAsia="zh-CN"/>
        </w:rPr>
        <w:t>第九条</w:t>
      </w:r>
      <w:r w:rsidRPr="003258FC">
        <w:rPr>
          <w:lang w:eastAsia="zh-CN"/>
        </w:rPr>
        <w:t xml:space="preserve">  </w:t>
      </w:r>
      <w:r w:rsidRPr="003258FC">
        <w:rPr>
          <w:rFonts w:ascii="宋体" w:eastAsia="宋体" w:hAnsi="宋体" w:cs="宋体" w:hint="eastAsia"/>
          <w:lang w:eastAsia="zh-CN"/>
        </w:rPr>
        <w:t>协议效力与争议解决</w:t>
      </w:r>
      <w:proofErr w:type="gramEnd"/>
    </w:p>
    <w:p w14:paraId="6D1F0570" w14:textId="77777777" w:rsidR="002E3065" w:rsidRPr="003258FC" w:rsidRDefault="00000000" w:rsidP="003258FC">
      <w:pPr>
        <w:rPr>
          <w:lang w:eastAsia="zh-CN"/>
        </w:rPr>
      </w:pPr>
      <w:r w:rsidRPr="003258FC">
        <w:rPr>
          <w:rFonts w:ascii="宋体" w:eastAsia="宋体" w:hAnsi="宋体" w:cs="宋体" w:hint="eastAsia"/>
          <w:lang w:eastAsia="zh-CN"/>
        </w:rPr>
        <w:t>一、双方通过电子邮件、即时通信、订单或其他可留存方式确认的服务范围、进度、修改意见和费用，均可作为本协议的补充；与本协议不一致的，以双方后续明确确认的内容为准。电子签名、扫描件及双方确认的电子文本具有同等效力。</w:t>
      </w:r>
    </w:p>
    <w:p w14:paraId="5A20783F" w14:textId="77777777" w:rsidR="002E3065" w:rsidRPr="003258FC" w:rsidRDefault="00000000" w:rsidP="003258FC">
      <w:pPr>
        <w:rPr>
          <w:lang w:eastAsia="zh-CN"/>
        </w:rPr>
      </w:pPr>
      <w:r w:rsidRPr="003258FC">
        <w:rPr>
          <w:rFonts w:ascii="宋体" w:eastAsia="宋体" w:hAnsi="宋体" w:cs="宋体" w:hint="eastAsia"/>
          <w:lang w:eastAsia="zh-CN"/>
        </w:rPr>
        <w:t>二、本协议适用中华人民共和国法律。发生争议，双方先协商解决；协商不成的，任何一方可向依法有管辖权的人民法院起诉。</w:t>
      </w:r>
    </w:p>
    <w:p w14:paraId="06ACBBBA" w14:textId="704D9DFF" w:rsidR="002E3065" w:rsidRPr="003258FC" w:rsidRDefault="00000000" w:rsidP="003258FC">
      <w:pPr>
        <w:rPr>
          <w:lang w:eastAsia="zh-CN"/>
        </w:rPr>
      </w:pPr>
      <w:r w:rsidRPr="003258FC">
        <w:rPr>
          <w:rFonts w:ascii="宋体" w:eastAsia="宋体" w:hAnsi="宋体" w:cs="宋体" w:hint="eastAsia"/>
          <w:lang w:eastAsia="zh-CN"/>
        </w:rPr>
        <w:t>三、本协议自甲方签字或电子确认、乙方盖章或通过官方服务账号确认之日起生效，一式两份，双方各执一份。</w:t>
      </w:r>
    </w:p>
    <w:tbl>
      <w:tblPr>
        <w:tblW w:w="9170" w:type="dxa"/>
        <w:jc w:val="center"/>
        <w:tblLayout w:type="fixed"/>
        <w:tblLook w:val="04A0" w:firstRow="1" w:lastRow="0" w:firstColumn="1" w:lastColumn="0" w:noHBand="0" w:noVBand="1"/>
      </w:tblPr>
      <w:tblGrid>
        <w:gridCol w:w="4585"/>
        <w:gridCol w:w="4585"/>
      </w:tblGrid>
      <w:tr w:rsidR="002E3065" w:rsidRPr="003258FC" w14:paraId="4D6C32D4" w14:textId="77777777">
        <w:trPr>
          <w:jc w:val="center"/>
        </w:trPr>
        <w:tc>
          <w:tcPr>
            <w:tcW w:w="4585" w:type="dxa"/>
            <w:tcMar>
              <w:top w:w="70" w:type="dxa"/>
              <w:left w:w="100" w:type="dxa"/>
              <w:bottom w:w="70" w:type="dxa"/>
              <w:right w:w="100" w:type="dxa"/>
            </w:tcMar>
            <w:vAlign w:val="center"/>
          </w:tcPr>
          <w:p w14:paraId="2BAA85CB" w14:textId="77777777" w:rsidR="002E3065" w:rsidRPr="003258FC" w:rsidRDefault="00000000" w:rsidP="003258FC">
            <w:proofErr w:type="spellStart"/>
            <w:r w:rsidRPr="003258FC">
              <w:rPr>
                <w:rFonts w:ascii="宋体" w:eastAsia="宋体" w:hAnsi="宋体" w:cs="宋体" w:hint="eastAsia"/>
              </w:rPr>
              <w:t>甲方（签字</w:t>
            </w:r>
            <w:proofErr w:type="spellEnd"/>
            <w:r w:rsidRPr="003258FC">
              <w:rPr>
                <w:rFonts w:ascii="宋体" w:eastAsia="宋体" w:hAnsi="宋体" w:cs="宋体" w:hint="eastAsia"/>
              </w:rPr>
              <w:t>）：</w:t>
            </w:r>
          </w:p>
        </w:tc>
        <w:tc>
          <w:tcPr>
            <w:tcW w:w="4585" w:type="dxa"/>
            <w:tcMar>
              <w:top w:w="70" w:type="dxa"/>
              <w:left w:w="100" w:type="dxa"/>
              <w:bottom w:w="70" w:type="dxa"/>
              <w:right w:w="100" w:type="dxa"/>
            </w:tcMar>
            <w:vAlign w:val="center"/>
          </w:tcPr>
          <w:p w14:paraId="47DB9191" w14:textId="77777777" w:rsidR="002E3065" w:rsidRPr="003258FC" w:rsidRDefault="00000000" w:rsidP="003258FC">
            <w:pPr>
              <w:rPr>
                <w:lang w:eastAsia="zh-CN"/>
              </w:rPr>
            </w:pPr>
            <w:r w:rsidRPr="003258FC">
              <w:rPr>
                <w:rFonts w:ascii="宋体" w:eastAsia="宋体" w:hAnsi="宋体" w:cs="宋体" w:hint="eastAsia"/>
                <w:lang w:eastAsia="zh-CN"/>
              </w:rPr>
              <w:t>乙方（盖章）：东炜（北京）文化交流有限公司</w:t>
            </w:r>
          </w:p>
        </w:tc>
      </w:tr>
      <w:tr w:rsidR="002E3065" w:rsidRPr="003258FC" w14:paraId="15D83B70" w14:textId="77777777">
        <w:trPr>
          <w:jc w:val="center"/>
        </w:trPr>
        <w:tc>
          <w:tcPr>
            <w:tcW w:w="4585" w:type="dxa"/>
            <w:tcMar>
              <w:top w:w="70" w:type="dxa"/>
              <w:left w:w="100" w:type="dxa"/>
              <w:bottom w:w="70" w:type="dxa"/>
              <w:right w:w="100" w:type="dxa"/>
            </w:tcMar>
            <w:vAlign w:val="center"/>
          </w:tcPr>
          <w:p w14:paraId="4AE6CFF9" w14:textId="77777777" w:rsidR="002E3065" w:rsidRPr="003258FC" w:rsidRDefault="00000000" w:rsidP="003258FC">
            <w:proofErr w:type="spellStart"/>
            <w:r w:rsidRPr="003258FC">
              <w:rPr>
                <w:rFonts w:ascii="宋体" w:eastAsia="宋体" w:hAnsi="宋体" w:cs="宋体" w:hint="eastAsia"/>
              </w:rPr>
              <w:t>联系电话</w:t>
            </w:r>
            <w:proofErr w:type="spellEnd"/>
            <w:r w:rsidRPr="003258FC">
              <w:rPr>
                <w:rFonts w:ascii="宋体" w:eastAsia="宋体" w:hAnsi="宋体" w:cs="宋体" w:hint="eastAsia"/>
              </w:rPr>
              <w:t>：</w:t>
            </w:r>
          </w:p>
        </w:tc>
        <w:tc>
          <w:tcPr>
            <w:tcW w:w="4585" w:type="dxa"/>
            <w:tcMar>
              <w:top w:w="70" w:type="dxa"/>
              <w:left w:w="100" w:type="dxa"/>
              <w:bottom w:w="70" w:type="dxa"/>
              <w:right w:w="100" w:type="dxa"/>
            </w:tcMar>
            <w:vAlign w:val="center"/>
          </w:tcPr>
          <w:p w14:paraId="13C55EF3" w14:textId="77777777" w:rsidR="002E3065" w:rsidRPr="003258FC" w:rsidRDefault="00000000" w:rsidP="003258FC">
            <w:proofErr w:type="spellStart"/>
            <w:r w:rsidRPr="003258FC">
              <w:rPr>
                <w:rFonts w:ascii="宋体" w:eastAsia="宋体" w:hAnsi="宋体" w:cs="宋体" w:hint="eastAsia"/>
              </w:rPr>
              <w:t>经办人</w:t>
            </w:r>
            <w:proofErr w:type="spellEnd"/>
            <w:r w:rsidRPr="003258FC">
              <w:rPr>
                <w:rFonts w:ascii="宋体" w:eastAsia="宋体" w:hAnsi="宋体" w:cs="宋体" w:hint="eastAsia"/>
              </w:rPr>
              <w:t>：</w:t>
            </w:r>
          </w:p>
        </w:tc>
      </w:tr>
      <w:tr w:rsidR="002E3065" w:rsidRPr="003258FC" w14:paraId="2E518FDD" w14:textId="77777777">
        <w:trPr>
          <w:jc w:val="center"/>
        </w:trPr>
        <w:tc>
          <w:tcPr>
            <w:tcW w:w="4585" w:type="dxa"/>
            <w:tcMar>
              <w:top w:w="70" w:type="dxa"/>
              <w:left w:w="100" w:type="dxa"/>
              <w:bottom w:w="70" w:type="dxa"/>
              <w:right w:w="100" w:type="dxa"/>
            </w:tcMar>
            <w:vAlign w:val="center"/>
          </w:tcPr>
          <w:p w14:paraId="236D0324" w14:textId="77777777" w:rsidR="002E3065" w:rsidRPr="003258FC" w:rsidRDefault="00000000" w:rsidP="003258FC">
            <w:proofErr w:type="spellStart"/>
            <w:r w:rsidRPr="003258FC">
              <w:rPr>
                <w:rFonts w:ascii="宋体" w:eastAsia="宋体" w:hAnsi="宋体" w:cs="宋体" w:hint="eastAsia"/>
              </w:rPr>
              <w:t>签署日期</w:t>
            </w:r>
            <w:proofErr w:type="spellEnd"/>
            <w:r w:rsidRPr="003258FC">
              <w:rPr>
                <w:rFonts w:ascii="宋体" w:eastAsia="宋体" w:hAnsi="宋体" w:cs="宋体" w:hint="eastAsia"/>
              </w:rPr>
              <w:t>：</w:t>
            </w:r>
            <w:r w:rsidRPr="003258FC">
              <w:t>______</w:t>
            </w:r>
            <w:proofErr w:type="spellStart"/>
            <w:r w:rsidRPr="003258FC">
              <w:rPr>
                <w:rFonts w:ascii="宋体" w:eastAsia="宋体" w:hAnsi="宋体" w:cs="宋体" w:hint="eastAsia"/>
              </w:rPr>
              <w:t>年</w:t>
            </w:r>
            <w:r w:rsidRPr="003258FC">
              <w:t>____</w:t>
            </w:r>
            <w:r w:rsidRPr="003258FC">
              <w:rPr>
                <w:rFonts w:ascii="宋体" w:eastAsia="宋体" w:hAnsi="宋体" w:cs="宋体" w:hint="eastAsia"/>
              </w:rPr>
              <w:t>月</w:t>
            </w:r>
            <w:r w:rsidRPr="003258FC">
              <w:t>____</w:t>
            </w:r>
            <w:r w:rsidRPr="003258FC">
              <w:rPr>
                <w:rFonts w:ascii="宋体" w:eastAsia="宋体" w:hAnsi="宋体" w:cs="宋体" w:hint="eastAsia"/>
              </w:rPr>
              <w:t>日</w:t>
            </w:r>
            <w:proofErr w:type="spellEnd"/>
          </w:p>
        </w:tc>
        <w:tc>
          <w:tcPr>
            <w:tcW w:w="4585" w:type="dxa"/>
            <w:tcMar>
              <w:top w:w="70" w:type="dxa"/>
              <w:left w:w="100" w:type="dxa"/>
              <w:bottom w:w="70" w:type="dxa"/>
              <w:right w:w="100" w:type="dxa"/>
            </w:tcMar>
            <w:vAlign w:val="center"/>
          </w:tcPr>
          <w:p w14:paraId="281E528C" w14:textId="77777777" w:rsidR="002E3065" w:rsidRPr="003258FC" w:rsidRDefault="00000000" w:rsidP="003258FC">
            <w:proofErr w:type="spellStart"/>
            <w:r w:rsidRPr="003258FC">
              <w:rPr>
                <w:rFonts w:ascii="宋体" w:eastAsia="宋体" w:hAnsi="宋体" w:cs="宋体" w:hint="eastAsia"/>
              </w:rPr>
              <w:t>签署日期</w:t>
            </w:r>
            <w:proofErr w:type="spellEnd"/>
            <w:r w:rsidRPr="003258FC">
              <w:rPr>
                <w:rFonts w:ascii="宋体" w:eastAsia="宋体" w:hAnsi="宋体" w:cs="宋体" w:hint="eastAsia"/>
              </w:rPr>
              <w:t>：</w:t>
            </w:r>
            <w:r w:rsidRPr="003258FC">
              <w:t>______</w:t>
            </w:r>
            <w:proofErr w:type="spellStart"/>
            <w:r w:rsidRPr="003258FC">
              <w:rPr>
                <w:rFonts w:ascii="宋体" w:eastAsia="宋体" w:hAnsi="宋体" w:cs="宋体" w:hint="eastAsia"/>
              </w:rPr>
              <w:t>年</w:t>
            </w:r>
            <w:r w:rsidRPr="003258FC">
              <w:t>____</w:t>
            </w:r>
            <w:r w:rsidRPr="003258FC">
              <w:rPr>
                <w:rFonts w:ascii="宋体" w:eastAsia="宋体" w:hAnsi="宋体" w:cs="宋体" w:hint="eastAsia"/>
              </w:rPr>
              <w:t>月</w:t>
            </w:r>
            <w:r w:rsidRPr="003258FC">
              <w:t>____</w:t>
            </w:r>
            <w:r w:rsidRPr="003258FC">
              <w:rPr>
                <w:rFonts w:ascii="宋体" w:eastAsia="宋体" w:hAnsi="宋体" w:cs="宋体" w:hint="eastAsia"/>
              </w:rPr>
              <w:t>日</w:t>
            </w:r>
            <w:proofErr w:type="spellEnd"/>
          </w:p>
        </w:tc>
      </w:tr>
    </w:tbl>
    <w:p w14:paraId="0A08E44F" w14:textId="77777777" w:rsidR="003515BD" w:rsidRPr="003258FC" w:rsidRDefault="003515BD" w:rsidP="003258FC"/>
    <w:sectPr w:rsidR="003515BD" w:rsidRPr="003258FC" w:rsidSect="00164D27">
      <w:footerReference w:type="default" r:id="rId8"/>
      <w:pgSz w:w="11906" w:h="16838" w:code="9"/>
      <w:pgMar w:top="284" w:right="284" w:bottom="284" w:left="284"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A9E58" w14:textId="77777777" w:rsidR="003515BD" w:rsidRDefault="003515BD">
      <w:pPr>
        <w:spacing w:after="0" w:line="240" w:lineRule="auto"/>
      </w:pPr>
      <w:r>
        <w:separator/>
      </w:r>
    </w:p>
  </w:endnote>
  <w:endnote w:type="continuationSeparator" w:id="0">
    <w:p w14:paraId="1BFE77C5" w14:textId="77777777" w:rsidR="003515BD" w:rsidRDefault="00351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CJK SC">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AA874" w14:textId="77777777" w:rsidR="002E3065" w:rsidRDefault="00000000">
    <w:pPr>
      <w:pStyle w:val="a7"/>
      <w:jc w:val="center"/>
      <w:rPr>
        <w:lang w:eastAsia="zh-CN"/>
      </w:rPr>
    </w:pPr>
    <w:r>
      <w:rPr>
        <w:color w:val="595959"/>
        <w:sz w:val="15"/>
        <w:lang w:eastAsia="zh-CN"/>
      </w:rPr>
      <w:t>论文写作与投稿辅导服务协议</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A9F3" w14:textId="77777777" w:rsidR="003515BD" w:rsidRDefault="003515BD">
      <w:pPr>
        <w:spacing w:after="0" w:line="240" w:lineRule="auto"/>
      </w:pPr>
      <w:r>
        <w:separator/>
      </w:r>
    </w:p>
  </w:footnote>
  <w:footnote w:type="continuationSeparator" w:id="0">
    <w:p w14:paraId="5BB1EF82" w14:textId="77777777" w:rsidR="003515BD" w:rsidRDefault="00351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147046514">
    <w:abstractNumId w:val="8"/>
  </w:num>
  <w:num w:numId="2" w16cid:durableId="618991655">
    <w:abstractNumId w:val="6"/>
  </w:num>
  <w:num w:numId="3" w16cid:durableId="1339307644">
    <w:abstractNumId w:val="5"/>
  </w:num>
  <w:num w:numId="4" w16cid:durableId="1281111907">
    <w:abstractNumId w:val="4"/>
  </w:num>
  <w:num w:numId="5" w16cid:durableId="1508592051">
    <w:abstractNumId w:val="7"/>
  </w:num>
  <w:num w:numId="6" w16cid:durableId="1878617991">
    <w:abstractNumId w:val="3"/>
  </w:num>
  <w:num w:numId="7" w16cid:durableId="1039741763">
    <w:abstractNumId w:val="2"/>
  </w:num>
  <w:num w:numId="8" w16cid:durableId="1464546107">
    <w:abstractNumId w:val="1"/>
  </w:num>
  <w:num w:numId="9" w16cid:durableId="4940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4D27"/>
    <w:rsid w:val="0029639D"/>
    <w:rsid w:val="002E3065"/>
    <w:rsid w:val="003258FC"/>
    <w:rsid w:val="00326F90"/>
    <w:rsid w:val="003515BD"/>
    <w:rsid w:val="00AA1D8D"/>
    <w:rsid w:val="00B47730"/>
    <w:rsid w:val="00CB0664"/>
    <w:rsid w:val="00F401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FAA3B"/>
  <w14:defaultImageDpi w14:val="300"/>
  <w15:docId w15:val="{72BE3411-90F8-43B1-A8EE-22212444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20" w:line="245" w:lineRule="auto"/>
    </w:pPr>
    <w:rPr>
      <w:rFonts w:ascii="Noto Sans CJK SC" w:eastAsia="Noto Sans CJK SC" w:hAnsi="Noto Sans CJK SC"/>
      <w:color w:val="000000"/>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1053</Words>
  <Characters>1149</Characters>
  <Application>Microsoft Office Word</Application>
  <DocSecurity>0</DocSecurity>
  <Lines>34</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博研达论文写作与投稿辅导服务协议</dc:title>
  <dc:subject>论文写作与投稿辅导服务协议</dc:subject>
  <dc:creator/>
  <cp:keywords/>
  <dc:description>generated by python-docx</dc:description>
  <cp:lastModifiedBy>Shao William</cp:lastModifiedBy>
  <cp:revision>2</cp:revision>
  <dcterms:created xsi:type="dcterms:W3CDTF">2013-12-23T23:15:00Z</dcterms:created>
  <dcterms:modified xsi:type="dcterms:W3CDTF">2026-08-27T03:42:00Z</dcterms:modified>
  <cp:category/>
</cp:coreProperties>
</file>